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7178040" cy="1010412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eglement_page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78040" cy="101041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ageBreakBefore/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7178040" cy="1010412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eglement_page2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178040" cy="1010412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9" w:h="16834"/>
      <w:pgMar w:top="216" w:right="216" w:bottom="216" w:left="21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